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6384" w14:textId="2E37CE8A" w:rsidR="00C761F1" w:rsidRDefault="00000000">
      <w:pPr>
        <w:spacing w:after="40"/>
        <w:jc w:val="center"/>
      </w:pPr>
      <w:r>
        <w:rPr>
          <w:b/>
          <w:sz w:val="40"/>
        </w:rPr>
        <w:t xml:space="preserve">MUHAMMAD </w:t>
      </w:r>
      <w:r w:rsidR="006F61B4">
        <w:rPr>
          <w:b/>
          <w:sz w:val="40"/>
        </w:rPr>
        <w:t>MOAWAZ ALAM</w:t>
      </w:r>
    </w:p>
    <w:p w14:paraId="09D7C767" w14:textId="77777777" w:rsidR="00C761F1" w:rsidRDefault="00000000">
      <w:pPr>
        <w:jc w:val="center"/>
      </w:pPr>
      <w:r>
        <w:rPr>
          <w:b/>
          <w:color w:val="333333"/>
          <w:sz w:val="23"/>
        </w:rPr>
        <w:t>Operations &amp; E-Commerce Manager</w:t>
      </w:r>
    </w:p>
    <w:p w14:paraId="3609650E" w14:textId="0DC64D94" w:rsidR="00C761F1" w:rsidRDefault="00000000">
      <w:pPr>
        <w:spacing w:after="200"/>
        <w:jc w:val="center"/>
      </w:pPr>
      <w:r>
        <w:rPr>
          <w:color w:val="333333"/>
          <w:sz w:val="20"/>
        </w:rPr>
        <w:t xml:space="preserve">Pakistan | +92 300 1234567 | </w:t>
      </w:r>
      <w:r w:rsidR="006F61B4">
        <w:rPr>
          <w:color w:val="333333"/>
          <w:sz w:val="20"/>
        </w:rPr>
        <w:t>advmoizawan</w:t>
      </w:r>
      <w:r>
        <w:rPr>
          <w:color w:val="333333"/>
          <w:sz w:val="20"/>
        </w:rPr>
        <w:t>@email.com | linkedin.com/in/</w:t>
      </w:r>
      <w:r w:rsidR="006F61B4">
        <w:rPr>
          <w:color w:val="333333"/>
          <w:sz w:val="20"/>
        </w:rPr>
        <w:t>xyz</w:t>
      </w:r>
    </w:p>
    <w:p w14:paraId="21768B20" w14:textId="77777777" w:rsidR="00C761F1" w:rsidRDefault="00000000">
      <w:pPr>
        <w:keepNext/>
        <w:pBdr>
          <w:bottom w:val="single" w:sz="6" w:space="2" w:color="000000"/>
        </w:pBdr>
        <w:spacing w:before="320"/>
      </w:pPr>
      <w:r>
        <w:rPr>
          <w:b/>
          <w:sz w:val="24"/>
        </w:rPr>
        <w:t>PROFESSIONAL SUMMARY</w:t>
      </w:r>
    </w:p>
    <w:p w14:paraId="5BC41793" w14:textId="77777777" w:rsidR="00C761F1" w:rsidRDefault="00000000">
      <w:pPr>
        <w:spacing w:after="120"/>
      </w:pPr>
      <w:r>
        <w:t>Results-driven Operations and E-Commerce Manager with extensive experience in website performance management, digital storefront optimization, and inventory logistics across Pakistan. Proven expertise in technical SEO auditing, sitemap indexation, content strategy, and supply chain coordination. Adept at leveraging data-driven insights to improve search visibility, increase web traffic, and streamline operational workflows.</w:t>
      </w:r>
    </w:p>
    <w:p w14:paraId="0CC95126" w14:textId="77777777" w:rsidR="00C761F1" w:rsidRDefault="00000000">
      <w:pPr>
        <w:keepNext/>
        <w:pBdr>
          <w:bottom w:val="single" w:sz="6" w:space="2" w:color="000000"/>
        </w:pBdr>
        <w:spacing w:before="320"/>
      </w:pPr>
      <w:r>
        <w:rPr>
          <w:b/>
          <w:sz w:val="24"/>
        </w:rPr>
        <w:t>CORE COMPETENCIES &amp; TECHNICAL SKILLS</w:t>
      </w:r>
    </w:p>
    <w:p w14:paraId="223AE41E" w14:textId="77777777" w:rsidR="00C761F1" w:rsidRDefault="00000000">
      <w:pPr>
        <w:spacing w:after="120"/>
      </w:pPr>
      <w:r>
        <w:t>• E-Commerce Store Management &amp; Setup (HTML/Custom Platforms)</w:t>
      </w:r>
      <w:r>
        <w:br/>
        <w:t>• Technical Search Engine Optimization (SEO) &amp; Sitemap Auditing</w:t>
      </w:r>
      <w:r>
        <w:br/>
        <w:t>• Website Performance Tracking &amp; Google Indexation Analysis</w:t>
      </w:r>
      <w:r>
        <w:br/>
        <w:t>• Digital Content Creation &amp; Career Blog Management</w:t>
      </w:r>
      <w:r>
        <w:br/>
        <w:t>• Inventory &amp; Supply Chain Logistics</w:t>
      </w:r>
      <w:r>
        <w:br/>
        <w:t>• Cross-Functional Team Leadership &amp; Vendor Relations</w:t>
      </w:r>
    </w:p>
    <w:p w14:paraId="484E070C" w14:textId="77777777" w:rsidR="00C761F1" w:rsidRDefault="00000000">
      <w:pPr>
        <w:keepNext/>
        <w:pBdr>
          <w:bottom w:val="single" w:sz="6" w:space="2" w:color="000000"/>
        </w:pBdr>
        <w:spacing w:before="320"/>
      </w:pPr>
      <w:r>
        <w:rPr>
          <w:b/>
          <w:sz w:val="24"/>
        </w:rPr>
        <w:t>PROFESSIONAL EXPERIENCE</w:t>
      </w:r>
    </w:p>
    <w:p w14:paraId="74714161" w14:textId="77777777" w:rsidR="00C761F1" w:rsidRDefault="00000000">
      <w:pPr>
        <w:keepNext/>
        <w:spacing w:before="120" w:after="40"/>
      </w:pPr>
      <w:r>
        <w:rPr>
          <w:b/>
          <w:sz w:val="22"/>
        </w:rPr>
        <w:t>E-Commerce Operations &amp; SEO Manager</w:t>
      </w:r>
      <w:r>
        <w:rPr>
          <w:b/>
          <w:color w:val="333333"/>
        </w:rPr>
        <w:t xml:space="preserve"> | Shophv Retail Store</w:t>
      </w:r>
    </w:p>
    <w:p w14:paraId="37E62744" w14:textId="77777777" w:rsidR="00C761F1" w:rsidRDefault="00000000">
      <w:pPr>
        <w:keepNext/>
      </w:pPr>
      <w:r>
        <w:rPr>
          <w:i/>
          <w:color w:val="505050"/>
          <w:sz w:val="20"/>
        </w:rPr>
        <w:t>Pakistan | 2025 – Present</w:t>
      </w:r>
    </w:p>
    <w:p w14:paraId="137D2D74" w14:textId="77777777" w:rsidR="00C761F1" w:rsidRDefault="00000000">
      <w:pPr>
        <w:pStyle w:val="ListBullet"/>
        <w:spacing w:after="60"/>
      </w:pPr>
      <w:r>
        <w:t>Developed and managed a custom digital retail storefront for household and consumer products tailored to the Pakistani market.</w:t>
      </w:r>
    </w:p>
    <w:p w14:paraId="44457523" w14:textId="77777777" w:rsidR="00C761F1" w:rsidRDefault="00000000">
      <w:pPr>
        <w:pStyle w:val="ListBullet"/>
        <w:spacing w:after="60"/>
      </w:pPr>
      <w:r>
        <w:t>Executed comprehensive technical SEO site audits, inspecting XML sitemap indexation and troubleshooting search visibility metrics to maximize organic search traffic.</w:t>
      </w:r>
    </w:p>
    <w:p w14:paraId="37AB89D2" w14:textId="77777777" w:rsidR="00C761F1" w:rsidRDefault="00000000">
      <w:pPr>
        <w:pStyle w:val="ListBullet"/>
        <w:spacing w:after="60"/>
      </w:pPr>
      <w:r>
        <w:t>Streamlined online product catalogs, inventory tracking, and fulfillment processes to improve customer retention and order turnaround times.</w:t>
      </w:r>
    </w:p>
    <w:p w14:paraId="4AD3096A" w14:textId="77777777" w:rsidR="00C761F1" w:rsidRDefault="00000000">
      <w:pPr>
        <w:keepNext/>
        <w:spacing w:before="120" w:after="40"/>
      </w:pPr>
      <w:r>
        <w:rPr>
          <w:b/>
          <w:sz w:val="22"/>
        </w:rPr>
        <w:t>Digital Content &amp; Career Blog Strategist</w:t>
      </w:r>
      <w:r>
        <w:rPr>
          <w:b/>
          <w:color w:val="333333"/>
        </w:rPr>
        <w:t xml:space="preserve"> | Independent Media &amp; Career Portals</w:t>
      </w:r>
    </w:p>
    <w:p w14:paraId="1D1D1654" w14:textId="77777777" w:rsidR="00C761F1" w:rsidRDefault="00000000">
      <w:pPr>
        <w:keepNext/>
      </w:pPr>
      <w:r>
        <w:rPr>
          <w:i/>
          <w:color w:val="505050"/>
          <w:sz w:val="20"/>
        </w:rPr>
        <w:t>Pakistan | 2023 – 2025</w:t>
      </w:r>
    </w:p>
    <w:p w14:paraId="7FEE60CA" w14:textId="77777777" w:rsidR="00C761F1" w:rsidRDefault="00000000">
      <w:pPr>
        <w:pStyle w:val="ListBullet"/>
        <w:spacing w:after="60"/>
      </w:pPr>
      <w:r>
        <w:t>Authored and managed daily career updates, professional development articles, and informative social blogs targeting job seekers across Pakistan.</w:t>
      </w:r>
    </w:p>
    <w:p w14:paraId="77042223" w14:textId="77777777" w:rsidR="00C761F1" w:rsidRDefault="00000000">
      <w:pPr>
        <w:pStyle w:val="ListBullet"/>
        <w:spacing w:after="60"/>
      </w:pPr>
      <w:r>
        <w:t>Implemented organic traffic generation strategies, keyword optimization, and content distribution plans across digital channels to expand reader reach and site authority.</w:t>
      </w:r>
    </w:p>
    <w:p w14:paraId="749E832F" w14:textId="77777777" w:rsidR="00C761F1" w:rsidRDefault="00000000">
      <w:pPr>
        <w:keepNext/>
        <w:pBdr>
          <w:bottom w:val="single" w:sz="6" w:space="2" w:color="000000"/>
        </w:pBdr>
        <w:spacing w:before="320"/>
      </w:pPr>
      <w:r>
        <w:rPr>
          <w:b/>
          <w:sz w:val="24"/>
        </w:rPr>
        <w:t>EDUCATION</w:t>
      </w:r>
    </w:p>
    <w:p w14:paraId="001BA6A0" w14:textId="77777777" w:rsidR="00C761F1" w:rsidRDefault="00000000">
      <w:pPr>
        <w:keepNext/>
        <w:spacing w:before="120" w:after="40"/>
      </w:pPr>
      <w:r>
        <w:rPr>
          <w:b/>
          <w:sz w:val="22"/>
        </w:rPr>
        <w:t>Bachelor of Business Administration / Computer Information Systems</w:t>
      </w:r>
    </w:p>
    <w:p w14:paraId="3FD4080A" w14:textId="77777777" w:rsidR="00C761F1" w:rsidRDefault="00000000">
      <w:r>
        <w:rPr>
          <w:i/>
          <w:sz w:val="20"/>
        </w:rPr>
        <w:t>University of Punjab, Pakistan | Graduated</w:t>
      </w:r>
    </w:p>
    <w:p w14:paraId="44453F27" w14:textId="77777777" w:rsidR="00C761F1" w:rsidRDefault="00000000">
      <w:pPr>
        <w:keepNext/>
        <w:pBdr>
          <w:bottom w:val="single" w:sz="6" w:space="2" w:color="000000"/>
        </w:pBdr>
        <w:spacing w:before="320"/>
      </w:pPr>
      <w:r>
        <w:rPr>
          <w:b/>
          <w:sz w:val="24"/>
        </w:rPr>
        <w:lastRenderedPageBreak/>
        <w:t>CERTIFICATIONS &amp; TECHNICAL TRAINING</w:t>
      </w:r>
    </w:p>
    <w:p w14:paraId="2F948307" w14:textId="77777777" w:rsidR="00C761F1" w:rsidRDefault="00000000">
      <w:pPr>
        <w:pStyle w:val="ListBullet"/>
        <w:spacing w:after="40"/>
      </w:pPr>
      <w:r>
        <w:t>Advanced Search Engine Optimization (SEO) &amp; Web Indexation Analytics</w:t>
      </w:r>
    </w:p>
    <w:p w14:paraId="6F735E6F" w14:textId="77777777" w:rsidR="00C761F1" w:rsidRDefault="00000000">
      <w:pPr>
        <w:pStyle w:val="ListBullet"/>
        <w:spacing w:after="40"/>
      </w:pPr>
      <w:r>
        <w:t>E-Commerce Platform Architecture &amp; HTML Format Store Development</w:t>
      </w:r>
    </w:p>
    <w:p w14:paraId="37FABFB0" w14:textId="77777777" w:rsidR="00C761F1" w:rsidRDefault="00000000">
      <w:pPr>
        <w:pStyle w:val="ListBullet"/>
        <w:spacing w:after="40"/>
      </w:pPr>
      <w:r>
        <w:t>Digital Content Marketing &amp; Professional Blogging Strategy</w:t>
      </w:r>
    </w:p>
    <w:sectPr w:rsidR="00C761F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138268">
    <w:abstractNumId w:val="8"/>
  </w:num>
  <w:num w:numId="2" w16cid:durableId="469175985">
    <w:abstractNumId w:val="6"/>
  </w:num>
  <w:num w:numId="3" w16cid:durableId="1148942051">
    <w:abstractNumId w:val="5"/>
  </w:num>
  <w:num w:numId="4" w16cid:durableId="11422831">
    <w:abstractNumId w:val="4"/>
  </w:num>
  <w:num w:numId="5" w16cid:durableId="1178932703">
    <w:abstractNumId w:val="7"/>
  </w:num>
  <w:num w:numId="6" w16cid:durableId="76826344">
    <w:abstractNumId w:val="3"/>
  </w:num>
  <w:num w:numId="7" w16cid:durableId="1877347438">
    <w:abstractNumId w:val="2"/>
  </w:num>
  <w:num w:numId="8" w16cid:durableId="181893388">
    <w:abstractNumId w:val="1"/>
  </w:num>
  <w:num w:numId="9" w16cid:durableId="28766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F61B4"/>
    <w:rsid w:val="00AA1D8D"/>
    <w:rsid w:val="00B47730"/>
    <w:rsid w:val="00C761F1"/>
    <w:rsid w:val="00CB0664"/>
    <w:rsid w:val="00D525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96093"/>
  <w14:defaultImageDpi w14:val="300"/>
  <w15:docId w15:val="{0E39D9B8-80FA-4DCE-A76C-24DFFED4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Ops2-GenClk</cp:lastModifiedBy>
  <cp:revision>3</cp:revision>
  <dcterms:created xsi:type="dcterms:W3CDTF">2013-12-23T23:15:00Z</dcterms:created>
  <dcterms:modified xsi:type="dcterms:W3CDTF">2026-07-28T04:27:00Z</dcterms:modified>
  <cp:category/>
</cp:coreProperties>
</file>