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243B" w14:textId="2C067797" w:rsidR="007706F4" w:rsidRDefault="00D85A00">
      <w:pPr>
        <w:spacing w:after="40"/>
        <w:jc w:val="center"/>
      </w:pPr>
      <w:r>
        <w:rPr>
          <w:b/>
          <w:color w:val="006699"/>
          <w:sz w:val="44"/>
        </w:rPr>
        <w:t>MUHAMMAD MOAWAZ ALAM</w:t>
      </w:r>
    </w:p>
    <w:p w14:paraId="2E48B59D" w14:textId="77777777" w:rsidR="007706F4" w:rsidRDefault="00000000">
      <w:pPr>
        <w:spacing w:after="120"/>
        <w:jc w:val="center"/>
      </w:pPr>
      <w:r>
        <w:rPr>
          <w:b/>
          <w:color w:val="5A5A5A"/>
          <w:sz w:val="24"/>
        </w:rPr>
        <w:t>BS Computer Science Graduate | Aspiring Software Engineer</w:t>
      </w:r>
    </w:p>
    <w:p w14:paraId="366C1B22" w14:textId="16AD2A8F" w:rsidR="007706F4" w:rsidRDefault="00000000">
      <w:pPr>
        <w:spacing w:after="200"/>
        <w:jc w:val="center"/>
      </w:pPr>
      <w:r>
        <w:rPr>
          <w:color w:val="6E6E6E"/>
          <w:sz w:val="19"/>
        </w:rPr>
        <w:t xml:space="preserve">Islamabad, Pakistan | +92 333 7654321 | </w:t>
      </w:r>
      <w:r w:rsidR="00D85A00">
        <w:rPr>
          <w:color w:val="6E6E6E"/>
          <w:sz w:val="19"/>
        </w:rPr>
        <w:t>advmoizawan</w:t>
      </w:r>
      <w:r>
        <w:rPr>
          <w:color w:val="6E6E6E"/>
          <w:sz w:val="19"/>
        </w:rPr>
        <w:t>@email.com | github.com/</w:t>
      </w:r>
      <w:r w:rsidR="00D85A00">
        <w:rPr>
          <w:color w:val="6E6E6E"/>
          <w:sz w:val="19"/>
        </w:rPr>
        <w:t>xyz</w:t>
      </w:r>
      <w:r>
        <w:rPr>
          <w:color w:val="6E6E6E"/>
          <w:sz w:val="19"/>
        </w:rPr>
        <w:t>| linkedin.com/in/</w:t>
      </w:r>
      <w:r w:rsidR="00D85A00">
        <w:rPr>
          <w:color w:val="6E6E6E"/>
          <w:sz w:val="19"/>
        </w:rPr>
        <w:t>xyz</w:t>
      </w:r>
    </w:p>
    <w:p w14:paraId="6C59ABAF" w14:textId="77777777" w:rsidR="007706F4" w:rsidRDefault="00000000">
      <w:pPr>
        <w:keepNext/>
        <w:pBdr>
          <w:bottom w:val="single" w:sz="12" w:space="4" w:color="006699"/>
        </w:pBdr>
        <w:spacing w:before="280"/>
      </w:pPr>
      <w:r>
        <w:rPr>
          <w:b/>
          <w:color w:val="006699"/>
          <w:sz w:val="26"/>
        </w:rPr>
        <w:t>CAREER OBJECTIVE</w:t>
      </w:r>
    </w:p>
    <w:p w14:paraId="471C4B97" w14:textId="77777777" w:rsidR="007706F4" w:rsidRDefault="00000000">
      <w:pPr>
        <w:spacing w:after="120"/>
      </w:pPr>
      <w:r>
        <w:t>Motivated and detail-oriented Computer Science graduate from NUST with a strong foundation in software development, data structures, and web technologies. Eager to leverage academic projects, programming skills, and a problem-solving mindset in a dynamic technology firm in Pakistan to contribute to innovative software solutions while growing professionally.</w:t>
      </w:r>
    </w:p>
    <w:p w14:paraId="238CB2CE" w14:textId="77777777" w:rsidR="007706F4" w:rsidRDefault="00000000">
      <w:pPr>
        <w:keepNext/>
        <w:pBdr>
          <w:bottom w:val="single" w:sz="12" w:space="4" w:color="006699"/>
        </w:pBdr>
        <w:spacing w:before="280"/>
      </w:pPr>
      <w:r>
        <w:rPr>
          <w:b/>
          <w:color w:val="006699"/>
          <w:sz w:val="26"/>
        </w:rPr>
        <w:t>EDUCATION</w:t>
      </w:r>
    </w:p>
    <w:p w14:paraId="67B43F3B" w14:textId="77777777" w:rsidR="007706F4" w:rsidRDefault="00000000">
      <w:pPr>
        <w:keepNext/>
        <w:spacing w:before="120" w:after="20"/>
      </w:pPr>
      <w:r>
        <w:rPr>
          <w:b/>
          <w:color w:val="006699"/>
          <w:sz w:val="22"/>
        </w:rPr>
        <w:t>Bachelor of Science in Computer Science (BSCS)</w:t>
      </w:r>
      <w:r>
        <w:rPr>
          <w:b/>
        </w:rPr>
        <w:t xml:space="preserve"> | National University of Sciences and Technology (NUST)</w:t>
      </w:r>
    </w:p>
    <w:p w14:paraId="08EAB5B2" w14:textId="77777777" w:rsidR="007706F4" w:rsidRDefault="00000000">
      <w:pPr>
        <w:keepNext/>
      </w:pPr>
      <w:r>
        <w:rPr>
          <w:i/>
          <w:color w:val="646464"/>
          <w:sz w:val="20"/>
        </w:rPr>
        <w:t>Islamabad, Pakistan  •  2022 – 2026  •  CGPA: 3.54 / 4.00</w:t>
      </w:r>
    </w:p>
    <w:p w14:paraId="2F49196C" w14:textId="77777777" w:rsidR="007706F4" w:rsidRDefault="00000000">
      <w:pPr>
        <w:keepNext/>
        <w:spacing w:before="120" w:after="20"/>
      </w:pPr>
      <w:r>
        <w:rPr>
          <w:b/>
          <w:color w:val="006699"/>
          <w:sz w:val="22"/>
        </w:rPr>
        <w:t>Intermediate in Pre-Engineering (F.Sc.)</w:t>
      </w:r>
      <w:r>
        <w:rPr>
          <w:b/>
        </w:rPr>
        <w:t xml:space="preserve"> | Punjab College</w:t>
      </w:r>
    </w:p>
    <w:p w14:paraId="22612113" w14:textId="77777777" w:rsidR="007706F4" w:rsidRDefault="00000000">
      <w:pPr>
        <w:keepNext/>
      </w:pPr>
      <w:r>
        <w:rPr>
          <w:i/>
          <w:color w:val="646464"/>
          <w:sz w:val="20"/>
        </w:rPr>
        <w:t>Rawalpindi, Pakistan  •  2020 – 2022  •  CGPA: 88% (A-Grade)</w:t>
      </w:r>
    </w:p>
    <w:p w14:paraId="033E8B68" w14:textId="77777777" w:rsidR="007706F4" w:rsidRDefault="00000000">
      <w:pPr>
        <w:keepNext/>
        <w:pBdr>
          <w:bottom w:val="single" w:sz="12" w:space="4" w:color="006699"/>
        </w:pBdr>
        <w:spacing w:before="280"/>
      </w:pPr>
      <w:r>
        <w:rPr>
          <w:b/>
          <w:color w:val="006699"/>
          <w:sz w:val="26"/>
        </w:rPr>
        <w:t>TECHNICAL SKILLS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7706F4" w14:paraId="1AB1AD27" w14:textId="77777777">
        <w:trPr>
          <w:jc w:val="center"/>
        </w:trPr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76BC6C" w14:textId="77777777" w:rsidR="007706F4" w:rsidRDefault="00000000">
            <w:pPr>
              <w:spacing w:after="0"/>
            </w:pPr>
            <w:r>
              <w:rPr>
                <w:sz w:val="20"/>
              </w:rPr>
              <w:t>• Languages: Python, JavaScript, C++, SQL</w:t>
            </w:r>
          </w:p>
        </w:tc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273216" w14:textId="77777777" w:rsidR="007706F4" w:rsidRDefault="00000000">
            <w:pPr>
              <w:spacing w:after="0"/>
            </w:pPr>
            <w:r>
              <w:rPr>
                <w:sz w:val="20"/>
              </w:rPr>
              <w:t>• Web Development: HTML5, CSS3, React.js, Node.js</w:t>
            </w:r>
          </w:p>
        </w:tc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1B93EF8" w14:textId="77777777" w:rsidR="007706F4" w:rsidRDefault="00000000">
            <w:pPr>
              <w:spacing w:after="0"/>
            </w:pPr>
            <w:r>
              <w:rPr>
                <w:sz w:val="20"/>
              </w:rPr>
              <w:t>• Databases: MySQL, MongoDB</w:t>
            </w:r>
          </w:p>
        </w:tc>
      </w:tr>
      <w:tr w:rsidR="007706F4" w14:paraId="22707B40" w14:textId="77777777">
        <w:trPr>
          <w:jc w:val="center"/>
        </w:trPr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D4C6AB7" w14:textId="77777777" w:rsidR="007706F4" w:rsidRDefault="00000000">
            <w:pPr>
              <w:spacing w:after="0"/>
            </w:pPr>
            <w:r>
              <w:rPr>
                <w:sz w:val="20"/>
              </w:rPr>
              <w:t>• Frameworks: Flask, Express.js</w:t>
            </w:r>
          </w:p>
        </w:tc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A6B523" w14:textId="77777777" w:rsidR="007706F4" w:rsidRDefault="00000000">
            <w:pPr>
              <w:spacing w:after="0"/>
            </w:pPr>
            <w:r>
              <w:rPr>
                <w:sz w:val="20"/>
              </w:rPr>
              <w:t>• Developer Tools: Git, GitHub, VS Code, Postman</w:t>
            </w:r>
          </w:p>
        </w:tc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17FE493" w14:textId="77777777" w:rsidR="007706F4" w:rsidRDefault="00000000">
            <w:pPr>
              <w:spacing w:after="0"/>
            </w:pPr>
            <w:r>
              <w:rPr>
                <w:sz w:val="20"/>
              </w:rPr>
              <w:t>• Core Concepts: OOP, Data Structures, Algorithms</w:t>
            </w:r>
          </w:p>
        </w:tc>
      </w:tr>
      <w:tr w:rsidR="007706F4" w14:paraId="42F2FEDD" w14:textId="77777777">
        <w:trPr>
          <w:jc w:val="center"/>
        </w:trPr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35014B" w14:textId="77777777" w:rsidR="007706F4" w:rsidRDefault="00000000">
            <w:pPr>
              <w:spacing w:after="0"/>
            </w:pPr>
            <w:r>
              <w:rPr>
                <w:sz w:val="20"/>
              </w:rPr>
              <w:t>• Soft Skills: Team Collaboration, Problem Solving</w:t>
            </w:r>
          </w:p>
        </w:tc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7F84AF" w14:textId="77777777" w:rsidR="007706F4" w:rsidRDefault="00000000">
            <w:pPr>
              <w:spacing w:after="0"/>
            </w:pPr>
            <w:r>
              <w:rPr>
                <w:sz w:val="20"/>
              </w:rPr>
              <w:t>• Methodologies: Agile / Scrum Basics</w:t>
            </w:r>
          </w:p>
        </w:tc>
        <w:tc>
          <w:tcPr>
            <w:tcW w:w="33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11F50E" w14:textId="77777777" w:rsidR="007706F4" w:rsidRDefault="00000000">
            <w:pPr>
              <w:spacing w:after="0"/>
            </w:pPr>
            <w:r>
              <w:rPr>
                <w:sz w:val="20"/>
              </w:rPr>
              <w:t>• Communication: Urdu (Native), English (Fluent)</w:t>
            </w:r>
          </w:p>
        </w:tc>
      </w:tr>
    </w:tbl>
    <w:p w14:paraId="7F2849E2" w14:textId="77777777" w:rsidR="007706F4" w:rsidRDefault="007706F4">
      <w:pPr>
        <w:spacing w:after="40"/>
      </w:pPr>
    </w:p>
    <w:p w14:paraId="47A76EFE" w14:textId="77777777" w:rsidR="007706F4" w:rsidRDefault="00000000">
      <w:pPr>
        <w:keepNext/>
        <w:pBdr>
          <w:bottom w:val="single" w:sz="12" w:space="4" w:color="006699"/>
        </w:pBdr>
        <w:spacing w:before="280"/>
      </w:pPr>
      <w:r>
        <w:rPr>
          <w:b/>
          <w:color w:val="006699"/>
          <w:sz w:val="26"/>
        </w:rPr>
        <w:t>ACADEMIC &amp; MAJOR PROJECTS</w:t>
      </w:r>
    </w:p>
    <w:p w14:paraId="7D59E4E8" w14:textId="77777777" w:rsidR="007706F4" w:rsidRDefault="00000000">
      <w:pPr>
        <w:keepNext/>
        <w:spacing w:before="120" w:after="40"/>
      </w:pPr>
      <w:r>
        <w:rPr>
          <w:b/>
          <w:color w:val="006699"/>
          <w:sz w:val="22"/>
        </w:rPr>
        <w:t>E-Commerce Storefront &amp; Inventory Management System</w:t>
      </w:r>
      <w:r>
        <w:rPr>
          <w:b/>
          <w:color w:val="6E6E6E"/>
          <w:sz w:val="19"/>
        </w:rPr>
        <w:t xml:space="preserve"> [React.js, Node.js, MongoDB, Express]</w:t>
      </w:r>
    </w:p>
    <w:p w14:paraId="7CAF81ED" w14:textId="77777777" w:rsidR="007706F4" w:rsidRDefault="00000000">
      <w:pPr>
        <w:pStyle w:val="ListBullet"/>
        <w:spacing w:after="60"/>
      </w:pPr>
      <w:r>
        <w:rPr>
          <w:sz w:val="20"/>
        </w:rPr>
        <w:t>Developed a full-stack e-commerce web application featuring user authentication, product catalog filtering, cart management, and secure checkout simulation.</w:t>
      </w:r>
    </w:p>
    <w:p w14:paraId="741865CB" w14:textId="77777777" w:rsidR="007706F4" w:rsidRDefault="00000000">
      <w:pPr>
        <w:pStyle w:val="ListBullet"/>
        <w:spacing w:after="60"/>
      </w:pPr>
      <w:r>
        <w:rPr>
          <w:sz w:val="20"/>
        </w:rPr>
        <w:t>Designed RESTful APIs using Node.js and Express to manage user orders and inventory database operations in MongoDB.</w:t>
      </w:r>
    </w:p>
    <w:p w14:paraId="670610F5" w14:textId="77777777" w:rsidR="007706F4" w:rsidRDefault="00000000">
      <w:pPr>
        <w:pStyle w:val="ListBullet"/>
        <w:spacing w:after="60"/>
      </w:pPr>
      <w:r>
        <w:rPr>
          <w:sz w:val="20"/>
        </w:rPr>
        <w:t>Implemented responsive UI components using React.js and Tailwind CSS, ensuring seamless mobile and desktop browsing.</w:t>
      </w:r>
    </w:p>
    <w:p w14:paraId="6EC57CB7" w14:textId="77777777" w:rsidR="007706F4" w:rsidRDefault="00000000">
      <w:pPr>
        <w:keepNext/>
        <w:spacing w:before="120" w:after="40"/>
      </w:pPr>
      <w:r>
        <w:rPr>
          <w:b/>
          <w:color w:val="006699"/>
          <w:sz w:val="22"/>
        </w:rPr>
        <w:t>Campus Job Portal &amp; Career Tracker</w:t>
      </w:r>
      <w:r>
        <w:rPr>
          <w:b/>
          <w:color w:val="6E6E6E"/>
          <w:sz w:val="19"/>
        </w:rPr>
        <w:t xml:space="preserve"> [Python, Flask, MySQL, Bootstrap]</w:t>
      </w:r>
    </w:p>
    <w:p w14:paraId="294E6008" w14:textId="77777777" w:rsidR="007706F4" w:rsidRDefault="00000000">
      <w:pPr>
        <w:pStyle w:val="ListBullet"/>
        <w:spacing w:after="60"/>
      </w:pPr>
      <w:r>
        <w:rPr>
          <w:sz w:val="20"/>
        </w:rPr>
        <w:t>Built a web-based portal connecting university graduates with local employers in Pakistan for entry-level jobs and internships.</w:t>
      </w:r>
    </w:p>
    <w:p w14:paraId="3EC6EDF2" w14:textId="77777777" w:rsidR="007706F4" w:rsidRDefault="00000000">
      <w:pPr>
        <w:pStyle w:val="ListBullet"/>
        <w:spacing w:after="60"/>
      </w:pPr>
      <w:r>
        <w:rPr>
          <w:sz w:val="20"/>
        </w:rPr>
        <w:t>Handled backend database schema design, user role management (Student, Employer, Admin), and resume upload handling in Flask.</w:t>
      </w:r>
    </w:p>
    <w:p w14:paraId="70A32AFD" w14:textId="77777777" w:rsidR="007706F4" w:rsidRDefault="00000000">
      <w:pPr>
        <w:keepNext/>
        <w:pBdr>
          <w:bottom w:val="single" w:sz="12" w:space="4" w:color="006699"/>
        </w:pBdr>
        <w:spacing w:before="280"/>
      </w:pPr>
      <w:r>
        <w:rPr>
          <w:b/>
          <w:color w:val="006699"/>
          <w:sz w:val="26"/>
        </w:rPr>
        <w:lastRenderedPageBreak/>
        <w:t>INTERNSHIPS &amp; EXTRACURRICULAR ACTIVITIES</w:t>
      </w:r>
    </w:p>
    <w:p w14:paraId="3EB51017" w14:textId="77777777" w:rsidR="007706F4" w:rsidRDefault="00000000">
      <w:pPr>
        <w:keepNext/>
        <w:spacing w:before="120" w:after="40"/>
      </w:pPr>
      <w:r>
        <w:rPr>
          <w:b/>
          <w:color w:val="006699"/>
          <w:sz w:val="22"/>
        </w:rPr>
        <w:t>Software Engineering Intern</w:t>
      </w:r>
      <w:r>
        <w:rPr>
          <w:b/>
        </w:rPr>
        <w:t xml:space="preserve"> | Systems Limited (or Tech Incubator)</w:t>
      </w:r>
    </w:p>
    <w:p w14:paraId="433716A6" w14:textId="77777777" w:rsidR="007706F4" w:rsidRDefault="00000000">
      <w:pPr>
        <w:keepNext/>
      </w:pPr>
      <w:r>
        <w:rPr>
          <w:i/>
          <w:color w:val="6E6E6E"/>
          <w:sz w:val="19"/>
        </w:rPr>
        <w:t>Islamabad, Pakistan  •  Summer 2025 (8 Weeks)</w:t>
      </w:r>
    </w:p>
    <w:p w14:paraId="336CC568" w14:textId="77777777" w:rsidR="007706F4" w:rsidRDefault="00000000">
      <w:pPr>
        <w:pStyle w:val="ListBullet"/>
        <w:spacing w:after="60"/>
      </w:pPr>
      <w:r>
        <w:rPr>
          <w:sz w:val="20"/>
        </w:rPr>
        <w:t>Collaborated with senior software engineers to test and debug internal web modules using Python and JavaScript.</w:t>
      </w:r>
    </w:p>
    <w:p w14:paraId="6EDDFE38" w14:textId="77777777" w:rsidR="007706F4" w:rsidRDefault="00000000">
      <w:pPr>
        <w:pStyle w:val="ListBullet"/>
        <w:spacing w:after="60"/>
      </w:pPr>
      <w:r>
        <w:rPr>
          <w:sz w:val="20"/>
        </w:rPr>
        <w:t>Participated in daily Agile stand-ups and code review sessions, gaining exposure to enterprise software development lifecycles.</w:t>
      </w:r>
    </w:p>
    <w:p w14:paraId="556EA992" w14:textId="77777777" w:rsidR="007706F4" w:rsidRDefault="00000000">
      <w:pPr>
        <w:keepNext/>
        <w:spacing w:before="120" w:after="40"/>
      </w:pPr>
      <w:r>
        <w:rPr>
          <w:b/>
          <w:color w:val="006699"/>
          <w:sz w:val="22"/>
        </w:rPr>
        <w:t>President / Core Member</w:t>
      </w:r>
      <w:r>
        <w:rPr>
          <w:b/>
        </w:rPr>
        <w:t xml:space="preserve"> | NUST ACM Student Chapter</w:t>
      </w:r>
    </w:p>
    <w:p w14:paraId="116C305E" w14:textId="77777777" w:rsidR="007706F4" w:rsidRDefault="00000000">
      <w:pPr>
        <w:keepNext/>
      </w:pPr>
      <w:r>
        <w:rPr>
          <w:i/>
          <w:color w:val="6E6E6E"/>
          <w:sz w:val="19"/>
        </w:rPr>
        <w:t>Islamabad, Pakistan  •  2024 – 2025</w:t>
      </w:r>
    </w:p>
    <w:p w14:paraId="7E882FF4" w14:textId="77777777" w:rsidR="007706F4" w:rsidRDefault="00000000">
      <w:pPr>
        <w:pStyle w:val="ListBullet"/>
        <w:spacing w:after="60"/>
      </w:pPr>
      <w:r>
        <w:rPr>
          <w:sz w:val="20"/>
        </w:rPr>
        <w:t>Organized annual university coding competitions, workshops, and tech seminars attended by over 200 students.</w:t>
      </w:r>
    </w:p>
    <w:p w14:paraId="49A4B17B" w14:textId="77777777" w:rsidR="007706F4" w:rsidRDefault="00000000">
      <w:pPr>
        <w:pStyle w:val="ListBullet"/>
        <w:spacing w:after="60"/>
      </w:pPr>
      <w:r>
        <w:rPr>
          <w:sz w:val="20"/>
        </w:rPr>
        <w:t>Managed logistics, sponsorship outreach, and peer coordination for university tech events.</w:t>
      </w:r>
    </w:p>
    <w:p w14:paraId="4E398FAD" w14:textId="77777777" w:rsidR="007706F4" w:rsidRDefault="00000000">
      <w:pPr>
        <w:keepNext/>
        <w:pBdr>
          <w:bottom w:val="single" w:sz="12" w:space="4" w:color="006699"/>
        </w:pBdr>
        <w:spacing w:before="280"/>
      </w:pPr>
      <w:r>
        <w:rPr>
          <w:b/>
          <w:color w:val="006699"/>
          <w:sz w:val="26"/>
        </w:rPr>
        <w:t>CERTIFICATIONS &amp; HONORS</w:t>
      </w:r>
    </w:p>
    <w:p w14:paraId="1149D171" w14:textId="77777777" w:rsidR="007706F4" w:rsidRDefault="00000000">
      <w:pPr>
        <w:pStyle w:val="ListBullet"/>
        <w:spacing w:after="40"/>
      </w:pPr>
      <w:r>
        <w:rPr>
          <w:sz w:val="20"/>
        </w:rPr>
        <w:t>Meta Front-End Developer Professional Certificate – Coursera (2025)</w:t>
      </w:r>
    </w:p>
    <w:p w14:paraId="57F49D9D" w14:textId="77777777" w:rsidR="007706F4" w:rsidRDefault="00000000">
      <w:pPr>
        <w:pStyle w:val="ListBullet"/>
        <w:spacing w:after="40"/>
      </w:pPr>
      <w:r>
        <w:rPr>
          <w:sz w:val="20"/>
        </w:rPr>
        <w:t>Python for Everybody Specialization – University of Michigan / Coursera</w:t>
      </w:r>
    </w:p>
    <w:p w14:paraId="5E4F6766" w14:textId="77777777" w:rsidR="007706F4" w:rsidRDefault="00000000">
      <w:pPr>
        <w:pStyle w:val="ListBullet"/>
        <w:spacing w:after="40"/>
      </w:pPr>
      <w:r>
        <w:rPr>
          <w:sz w:val="20"/>
        </w:rPr>
        <w:t>Dean's Honor List Recognition – NUST (Multiple Semesters)</w:t>
      </w:r>
    </w:p>
    <w:sectPr w:rsidR="007706F4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3135523">
    <w:abstractNumId w:val="8"/>
  </w:num>
  <w:num w:numId="2" w16cid:durableId="1199472066">
    <w:abstractNumId w:val="6"/>
  </w:num>
  <w:num w:numId="3" w16cid:durableId="1695032730">
    <w:abstractNumId w:val="5"/>
  </w:num>
  <w:num w:numId="4" w16cid:durableId="1246302432">
    <w:abstractNumId w:val="4"/>
  </w:num>
  <w:num w:numId="5" w16cid:durableId="526067556">
    <w:abstractNumId w:val="7"/>
  </w:num>
  <w:num w:numId="6" w16cid:durableId="1748847394">
    <w:abstractNumId w:val="3"/>
  </w:num>
  <w:num w:numId="7" w16cid:durableId="1885865170">
    <w:abstractNumId w:val="2"/>
  </w:num>
  <w:num w:numId="8" w16cid:durableId="1982233">
    <w:abstractNumId w:val="1"/>
  </w:num>
  <w:num w:numId="9" w16cid:durableId="177585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6716"/>
    <w:rsid w:val="007706F4"/>
    <w:rsid w:val="00AA1D8D"/>
    <w:rsid w:val="00B47730"/>
    <w:rsid w:val="00CB0664"/>
    <w:rsid w:val="00D85A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071B65"/>
  <w14:defaultImageDpi w14:val="300"/>
  <w15:docId w15:val="{2AF7AF5B-FBDC-43E7-BD8C-A99F6109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Ops2-GenClk</cp:lastModifiedBy>
  <cp:revision>3</cp:revision>
  <dcterms:created xsi:type="dcterms:W3CDTF">2013-12-23T23:15:00Z</dcterms:created>
  <dcterms:modified xsi:type="dcterms:W3CDTF">2026-07-28T04:25:00Z</dcterms:modified>
  <cp:category/>
</cp:coreProperties>
</file>